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Serenity Sisters – Admission Application Form</w:t>
      </w:r>
    </w:p>
    <w:p>
      <w:r>
        <w:t>All information will remain confidential and is used solely for admission review purposes.</w:t>
      </w:r>
    </w:p>
    <w:p>
      <w:pPr>
        <w:pStyle w:val="Heading2"/>
      </w:pPr>
      <w:r>
        <w:t>Personal Information</w:t>
      </w:r>
    </w:p>
    <w:p>
      <w:r>
        <w:t>Full Name: ____________________________________________</w:t>
      </w:r>
    </w:p>
    <w:p>
      <w:r>
        <w:t>Date of Birth (MM/DD/YYYY): ___________________________</w:t>
      </w:r>
    </w:p>
    <w:p>
      <w:r>
        <w:t>Phone Number: _________________________________________</w:t>
      </w:r>
    </w:p>
    <w:p>
      <w:r>
        <w:t>Email Address: _________________________________________</w:t>
      </w:r>
    </w:p>
    <w:p>
      <w:r>
        <w:t>Current Address: _______________________________________</w:t>
      </w:r>
    </w:p>
    <w:p>
      <w:r>
        <w:t>City: ______________________ State: ______ ZIP: ________</w:t>
      </w:r>
    </w:p>
    <w:p>
      <w:pPr>
        <w:pStyle w:val="Heading2"/>
      </w:pPr>
      <w:r>
        <w:t>Background Information</w:t>
      </w:r>
    </w:p>
    <w:p>
      <w:r>
        <w:t>Have you previously attended treatment, detox, or rehab? (Yes/No): ____________________</w:t>
      </w:r>
    </w:p>
    <w:p>
      <w:r>
        <w:t>If yes, where and when? ___________________________________________________________</w:t>
      </w:r>
    </w:p>
    <w:p>
      <w:r>
        <w:t>Do you currently use alcohol or drugs? (Yes/No): ___________________________________</w:t>
      </w:r>
    </w:p>
    <w:p>
      <w:r>
        <w:t>Do you take any prescribed medications? (Yes/No): _________________________________</w:t>
      </w:r>
    </w:p>
    <w:p>
      <w:r>
        <w:t>If yes, please list: ______________________________________________________________</w:t>
      </w:r>
    </w:p>
    <w:p>
      <w:r>
        <w:t>Do you have any diagnosed medical or mental health conditions? _____________________</w:t>
      </w:r>
    </w:p>
    <w:p>
      <w:r>
        <w:t>Please describe briefly: __________________________________________________________</w:t>
      </w:r>
    </w:p>
    <w:p>
      <w:pPr>
        <w:pStyle w:val="Heading2"/>
      </w:pPr>
      <w:r>
        <w:t>Recovery and Personal Goals</w:t>
      </w:r>
    </w:p>
    <w:p>
      <w:r>
        <w:t>Have you participated in a 12-Step or other recovery program? (Yes/No): ____________</w:t>
      </w:r>
    </w:p>
    <w:p>
      <w:r>
        <w:t>If yes, which program(s)? _________________________________________________________</w:t>
      </w:r>
    </w:p>
    <w:p>
      <w:r>
        <w:t>Do you currently have a sponsor? (Yes/No): ________________________________________</w:t>
      </w:r>
    </w:p>
    <w:p>
      <w:r>
        <w:t>Briefly describe your recovery goals and what you hope to achieve through sober living:</w:t>
      </w:r>
    </w:p>
    <w:p>
      <w:r>
        <w:t>_________________________________________________________________________________</w:t>
      </w:r>
    </w:p>
    <w:p>
      <w:r>
        <w:t>_________________________________________________________________________________</w:t>
      </w:r>
    </w:p>
    <w:p>
      <w:pPr>
        <w:pStyle w:val="Heading2"/>
      </w:pPr>
      <w:r>
        <w:t>Employment and Education</w:t>
      </w:r>
    </w:p>
    <w:p>
      <w:r>
        <w:t>Current Employment Status (Employed / Unemployed / Student): _______________________</w:t>
      </w:r>
    </w:p>
    <w:p>
      <w:r>
        <w:t>Employer or School Name: _________________________________________________________</w:t>
      </w:r>
    </w:p>
    <w:p>
      <w:r>
        <w:t>Job Title / Major: _______________________________________________________________</w:t>
      </w:r>
    </w:p>
    <w:p>
      <w:r>
        <w:t>Work or Class Schedule: __________________________________________________________</w:t>
      </w:r>
    </w:p>
    <w:p>
      <w:pPr>
        <w:pStyle w:val="Heading2"/>
      </w:pPr>
      <w:r>
        <w:t>Emergency Contact Information</w:t>
      </w:r>
    </w:p>
    <w:p>
      <w:r>
        <w:t>Full Name: _______________________________________________________________________</w:t>
      </w:r>
    </w:p>
    <w:p>
      <w:r>
        <w:t>Relationship: ____________________________________________________________________</w:t>
      </w:r>
    </w:p>
    <w:p>
      <w:r>
        <w:t>Phone Number: ___________________________________________________________________</w:t>
      </w:r>
    </w:p>
    <w:p>
      <w:r>
        <w:t>Email (optional): ________________________________________________________________</w:t>
      </w:r>
    </w:p>
    <w:p>
      <w:pPr>
        <w:pStyle w:val="Heading2"/>
      </w:pPr>
      <w:r>
        <w:t>Move-In Preferences</w:t>
      </w:r>
    </w:p>
    <w:p>
      <w:r>
        <w:t>Desired Move-In Date: ____________________________________________________________</w:t>
      </w:r>
    </w:p>
    <w:p>
      <w:r>
        <w:t>Do you have transportation to the home? (Yes/No): _________________________________</w:t>
      </w:r>
    </w:p>
    <w:p>
      <w:r>
        <w:t>Do you have any accessibility needs or special accommodations? ____________________</w:t>
      </w:r>
    </w:p>
    <w:p>
      <w:r>
        <w:t>_________________________________________________________________________________</w:t>
      </w:r>
    </w:p>
    <w:p>
      <w:pPr>
        <w:pStyle w:val="Heading2"/>
      </w:pPr>
      <w:r>
        <w:t>Consent and Acknowledgment</w:t>
      </w:r>
    </w:p>
    <w:p>
      <w:r>
        <w:t>I confirm that the information provided in this application is true and complete to the best of my knowledge. I understand that submission of this form does not guarantee acceptance and that all information will remain confidential and used solely for admission review by Serenity Sisters.</w:t>
      </w:r>
    </w:p>
    <w:p>
      <w:r>
        <w:t>Signature: ____________________________     Date: 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